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עיר חלומות כמו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מקומות חשובים 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הרצל חלם שתהיה בעיר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 פשוט על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הרצל חלם?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עיר עם מקומות טובים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תיאטרון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בית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חלם על עיר עם הרבה מקומות שונים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פארק הוא מקום ירוק למנוחה ולמשחק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רכבת חשמלית מסיעה אנשים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מרכז קהילתי הוא מקום מפגש לעזרה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בשמורת טבע שומרים על הטבע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אנרגיה סולרית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תיאטרון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התיאור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(בית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(פארק)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(מעבדת 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(שבילי אופניים)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בבניית עיר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6 מקומות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לתת שם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משפט: בעיר שלי כולם...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להדפיס או לשמור את 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על עיר החלומות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שיש שם מקורי לעיר ומשפט שלם עם רעיון חיובי כמו שוויון, עזרה או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את המושג חלום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מזהים מקום מהרשימה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כותבים משפט הגיוני וחיובי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רשימת המקומות ולתת לתלמידים לבחור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שמות מקוריים ומיוחדים לעיר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כמה מהערים שהתלמידים יצרו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עיר חלומות כמו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חלם שיום אחד תהיה עיר שיש בה בית ספר, ספרייה, פארק והרבה מקומות טובים לכולם. בדף הזה נתרגל לחשוב על עיר כזאת ונבנה עיר חלומות משלנו.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הרצל חלם?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חלם על עיר כזאת: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עם מקומות טובים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 בלי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בלי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גדול בלי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מקום אפשר לקרוא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לונה 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מאיפה מגיעה אנרגיה סולרית?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הולכים כדי לראות הצגה?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מעבדת מדע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מקום עוזר לאנשים 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של הרצל יש רק בית ספר אחד ושום דבר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פארק הוא מקום טוב לשחק ולנוח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רכבת חשמלית עוזרת לאנשים לנסוע בעיר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מרכז קהילתי הוא מקום שבו אנשים נפגשים ועוזרים אחד לשני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שמורת טבע היא מקום ששומרים בו על בעלי חיים וצמחים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בעיר יש __________ גדולה עם הרבה ספרים לקרוא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כשחולים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נותנת לעיר אור וחשמל מהשמש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ב__________ אפשר לראות הצגות ולשמוע מוזיקה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בשוק ה__________ קונים פירות וירקות טריים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התיאור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מקום עם הרבה 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 לרפא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מעבדת 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מקום ירוק למנוחה ומשחק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מקום ללמוד ולחקור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שבילי 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מקום לרכיבה על 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בית חולים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בבניית עיר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להדפיס או לשמור את העיר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משפט: בעיר שלי כולם...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שם לעיר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6 מקומות לעיר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על עיר החלומות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בונים עיר חלומות כמו הרצל. בחרו שם לעיר וכתבו משפט אחד: 'בעיר שלי כולם...'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למקום טוב בעיר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בעיר שלי כולם 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עיר חלומות כמו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