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עיר חלומות כמו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מקומות חשובים בעיר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הרצל חלם שתהיה בעיר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 פשוט על עיר חלומות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הרצל חלם?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עיר עם מקומות טובים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תיאטרון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בית חולים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חלם על עיר עם הרבה מקומות שונים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פארק הוא מקום ירוק למנוחה ולמשחק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רכבת חשמלית מסיעה אנשים ממקום למקום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מרכז קהילתי הוא מקום מפגש לעזרה הדדית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בשמורת טבע שומרים על הטבע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 חולים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אנרגיה סולרית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תיאטרון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ירקות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התיאור למקום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(ספרייה)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(בית חולים)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(פארק)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(מעבדת מדע)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(שבילי אופניים)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בבניית עיר חלומות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6 מקומות לעיר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לתת שם לעיר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לכתוב משפט: בעיר שלי כולם...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להדפיס או לשמור את העיר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על עיר החלומות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לבדוק שיש שם מקורי לעיר ומשפט שלם עם רעיון חיובי כמו שוויון, עזרה או שמחה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מבינים את המושג חלום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מזהים מקום מהרשימה שנלמדה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כותבים משפט הגיוני וחיובי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בקול את רשימת המקומות ולתת לתלמידים לבחור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שמות מקוריים ומיוחדים לעיר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כמה מהערים שהתלמידים יצרו בפני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עיר חלומות כמו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הרצל רצה עיר יפה עם הרבה מקומות טובים לכולם. נלמד על זה ונכתוב על עיר חלומות 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חֲלוֹם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שרוצים שיקרה בעתיד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עִיר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גדול שגרים בו הרבה אנשים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סִפְרִיָּה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שיש בו הרבה ספרים לקרוא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מַעְבָּדָה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שחוקרים וממציאים בו דברים חדשים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אֶנֶרְגִּיָה סוֹלָרִית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חשמל שמגיע מהשמש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שְׁכוּנָה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קטן בתוך עיר שגרים בו אנשים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קְהִילָה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שחיים ועוזרים אחד לשני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שְׁמוּרַת טֶבַע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ששומרים בו על בעלי חיים וצמחים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מה הרצל חלם?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איזו עיר חלם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עיר עם מקומות טובים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מדבר בלי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עיר בלי בתי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ים גדול בלי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יש הרבה ספרים?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מגרש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שוק ירקות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לונה פארק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מאיפה בא החשמל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רואים הצגות?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תיאטרון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מעבדת מדע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שוק ירקות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מרפאים אנשים חולים?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פארק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מגרש ספורט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בעיר של הרצל יש רק בית ספר אחד ושום דבר אחר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פארק הוא מקום טוב לשחק ולנוח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רכבת חשמלית עוזרת לאנשים לנסוע בעיר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מרכז קהילתי הוא מקום שבו אנשים נפגשים ועוזרים אחד לשני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שמורת טבע היא מקום ששומרים בו על בעלי חיים וצמחים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בעיר יש __________ גדולה עם הרבה ספרים לקרוא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כשחולים הולכים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נותנת לעיר אור וחשמל מהשמש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ב__________ אפשר לראות הצגות ולשמוע מוזיקה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בשוק ה__________ קונים פירות וירקות טריים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התיאור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מקום עם הרבה ספרים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שבילי אופניים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מקום לרפא חולים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פארק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מקום ירוק למנוחה ומשחק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מעבדת מדע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מקום ללמוד ולחקור מדע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ספרייה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מקום לרכיבה על אופניים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בית חולים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בבניית עיר חלומות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שם לעיר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להדפיס או לשמור את העיר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6 מקומות לעיר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משפט: בעיר שלי כולם...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על עיר החלומות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בונים עיר חלומות כמו הרצל. בחרו שם לעיר וכתבו משפט אחד: 'בעיר שלי כולם...'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חלום?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למקום טוב בעיר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בעיר שלי כולם 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בונים עיר חלומות כמו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