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עיר חלומות כמו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מקומות חשובים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הרצל חלם שתהיה בעיר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פשוט על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הרצל חלם?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עיר עם מקומות טובים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חלם על עיר עם הרבה מקומות שונים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פארק הוא מקום ירוק למנוחה ולמשחק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התיאור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(בית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(פארק)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בבניית עיר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6 מקומות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לתת שם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להדפיס או לשמור את 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על עיר החלומות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שיש שם מקורי לעיר ומשפט שלם עם רעיון חיובי כמו שוויון, עזרה או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את המושג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מקום מהרשימה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כותבים משפט הגיוני וחיובי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רשימת המקומות ולתת לתלמידים לבחור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שמות מקוריים ומיוחדים לעיר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כמה מהערים שהתלמידים יצרו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עיר חלומות כמו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הרצל חלם שיום אחד תהיה עיר שיש בה בית ספר, ספרייה, פארק והרבה מקומות טובים לכולם. בדף הזה נתרגל לחשוב על עיר כזאת ונבנה עיר חלומות משלנו.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 חולים  ·  ספרייה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הרצל חלם?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הרצל חלם על עיר כזאת: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עיר עם מקומות טובים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מדבר בלי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 בלי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מקום אפשר לקרוא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מגרש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שוק ירקות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בעיר של הרצל יש רק בית ספר אחד ושום דבר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פארק הוא מקום טוב לשחק ולנוח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בעיר יש __________ גדולה עם הרבה ספרים לקרוא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כשחולים הולכים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התיאור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מקום עם הרבה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בית 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מקום לרפא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מקום ירוק למנוחה ומשחק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בבניית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להדפיס או לשמור את 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6 מקומות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לתת שם לעיר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על עיר החלומות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בונים עיר חלומות כמו הרצל. בחרו שם לעיר וכתבו משפט אחד: 'בעיר שלי כולם...'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חלום?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למקום טוב בעיר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עיר חלומות כמו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